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b/>
          <w:sz w:val="28"/>
        </w:rPr>
        <w:t>T.C.</w:t>
        <w:br/>
        <w:t>SİVAS CUMHURİYET ÜNİVERSİTESİ</w:t>
        <w:br/>
        <w:t>Suşehri Timur Karabal Meslek Yüksekokulu Müdürlüğüne</w:t>
      </w:r>
    </w:p>
    <w:p>
      <w:pPr>
        <w:spacing w:line="276" w:lineRule="auto" w:after="360"/>
        <w:jc w:val="both"/>
      </w:pPr>
      <w:r>
        <w:t>Yüksekokulunuz .................................................................... Programı ............. sınıfı öğrencisiyim.</w:t>
        <w:br/>
        <w:br/>
      </w:r>
      <w:r>
        <w:t xml:space="preserve">2026-2027 Eğitim-Öğretim Yılında programım/sınıfım için yapılacak olan </w:t>
      </w:r>
      <w:r>
        <w:rPr>
          <w:b/>
        </w:rPr>
        <w:t>sınıf temsilcisi</w:t>
      </w:r>
      <w:r>
        <w:t xml:space="preserve"> seçimine aday olmak istiyorum. Sınıf temsilciliği için belirtilen tüm şartları sağladığımı ve görev verilmesi hâlinde sorumluluklarımı eksiksiz olarak yerine getireceğimi beyan eder, gereğini bilgilerinize saygılarımla arz ederim.</w:t>
      </w:r>
    </w:p>
    <w:p>
      <w:pPr>
        <w:spacing w:after="480"/>
        <w:jc w:val="right"/>
      </w:pPr>
      <w:r>
        <w:t>Tarih: ..... / ..... / 2026</w:t>
        <w:br/>
        <w:br/>
        <w:t>Adı Soyadı: .......................................................</w:t>
        <w:br/>
        <w:br/>
        <w:t>İmza: .......................................................</w:t>
      </w:r>
    </w:p>
    <w:p>
      <w:pPr>
        <w:spacing w:after="120"/>
      </w:pPr>
      <w:r>
        <w:rPr>
          <w:b/>
        </w:rPr>
        <w:t>ÖĞRENCİ BİLGİLERİ:</w:t>
      </w:r>
    </w:p>
    <w:p>
      <w:pPr>
        <w:spacing w:after="80"/>
        <w:ind w:left="360"/>
      </w:pPr>
      <w:r>
        <w:t>T.C. Kimlik No: .......................................................</w:t>
      </w:r>
    </w:p>
    <w:p>
      <w:pPr>
        <w:spacing w:after="80"/>
        <w:ind w:left="360"/>
      </w:pPr>
      <w:r>
        <w:t>Öğrenci No: .......................................................</w:t>
      </w:r>
    </w:p>
    <w:p>
      <w:pPr>
        <w:spacing w:after="80"/>
        <w:ind w:left="360"/>
      </w:pPr>
      <w:r>
        <w:t>Bölüm / Program: .......................................................</w:t>
      </w:r>
    </w:p>
    <w:p>
      <w:pPr>
        <w:spacing w:after="80"/>
        <w:ind w:left="360"/>
      </w:pPr>
      <w:r>
        <w:t>Sınıf / Öğretim: .......................................................</w:t>
      </w:r>
    </w:p>
    <w:p>
      <w:pPr>
        <w:spacing w:after="80"/>
        <w:ind w:left="360"/>
      </w:pPr>
      <w:r>
        <w:t>Telefon Numarası: .......................................................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